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Exercise B, serial 3: RED ONE's log</w:t>
      </w:r>
    </w:p>
    <w:p>
      <w:r>
        <w:t>151705</w:t>
      </w:r>
      <w:r>
        <w:rPr>
          <w:vanish/>
        </w:rPr>
        <w:t>,15,06,23,RED ONE,OOW COMMENT,</w:t>
      </w:r>
      <w:r>
        <w:t>Dived. Course 270, 6 kn, 20 m.</w:t>
      </w:r>
    </w:p>
    <w:p>
      <w:r>
        <w:t>151722</w:t>
      </w:r>
      <w:r>
        <w:rPr>
          <w:vanish/>
        </w:rPr>
        <w:t>,15,06,23,RED ONE,SONAR,</w:t>
      </w:r>
      <w:r>
        <w:t>Contact on the bow, bearing 095. Classified as BLUE ONE.</w:t>
      </w:r>
    </w:p>
    <w:p>
      <w:r>
        <w:t>Contact held on the towed array.</w:t>
      </w:r>
    </w:p>
    <w:p>
      <w:r>
        <w:t>151740</w:t>
      </w:r>
      <w:r>
        <w:rPr>
          <w:vanish/>
        </w:rPr>
        <w:t>,15,06,23,RED ONE,OOW COMMENT,</w:t>
      </w:r>
      <w:r>
        <w:t>Came to 180 to open the contact.</w:t>
      </w:r>
    </w:p>
    <w:p>
      <w:r>
        <w:t>151815</w:t>
      </w:r>
      <w:r>
        <w:rPr>
          <w:vanish/>
        </w:rPr>
        <w:t>,15,06,23,RED ONE,FCS,</w:t>
      </w:r>
      <w:r>
        <w:t>SR023 B-095 R-6kyds C-180 S-12kts Classified Frigate.</w:t>
      </w:r>
    </w:p>
    <w:p>
      <w:r>
        <w:t>151830</w:t>
      </w:r>
      <w:r>
        <w:rPr>
          <w:vanish/>
        </w:rPr>
        <w:t>,15,06,23,BLUE TWO,COMMS,</w:t>
      </w:r>
      <w:r>
        <w:t>Signal from C. received: serial continues.</w:t>
      </w:r>
    </w:p>
    <w:p>
      <w:r>
        <w:t>151902</w:t>
      </w:r>
      <w:r>
        <w:rPr>
          <w:vanish/>
        </w:rPr>
        <w:t>,15,06,23,RED ONE,SONAR,</w:t>
      </w:r>
      <w:r>
        <w:t>Contact lost astern.</w:t>
      </w:r>
    </w:p>
    <w:p>
      <w:r>
        <w:t>160130</w:t>
      </w:r>
      <w:r>
        <w:rPr>
          <w:vanish/>
        </w:rPr>
        <w:t>,16,06,23,RED ONE,OOW COMMENT,</w:t>
      </w:r>
      <w:r>
        <w:t>Surfaced after the serial.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